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צֵרוּף קָצָר - בָּלוֹנִים וּצְבָעִים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צירוף קצר של שם עצם ותואר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משפט 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שמות צבעים בסיסיים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איזה צירוף מתאים?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בלון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בלון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בלון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בלון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בלון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בלון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ירוק הוא צבע הדשא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אדום הוא צבע של תות, לא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לדוגמה: בלון (שם עצם) ירוק (תואר)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בלון הוא זכר, לכן כותבים ירוק ולא ירוקה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צבע לדבר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(תפוח)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בן שתי מילים: שם עצם ותואר תואמים (כגון בלון צהוב), כתיב נכון של שם הצבע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מילים: שם עצם ותואר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בלון ירוק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בלון הוא במין זכר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של בלונים בצבעים שונים תוך כדי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יחד עם התלמידים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צֵרוּף קָצָר - בָּלוֹנִים וּצְבָעִים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צירופים קצרים כמו "בָּלוֹן יָרֹק" ונלמד להתאים אותם לתמונה הנכונה.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איזה צירוף מתאים?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התמונה מראה בלון בצבע של דשא.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בלון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בלון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התמונה מראה בלון בצבע של תות.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בלון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בלון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בלון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התמונה מראה בלון בצבע של שמיים.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בלון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בלון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בלון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צירוף מתאר בלון בצבע של 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בלון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בלון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בלון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צירוף מתאר בלון בצבע של 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בלון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בלון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בלון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צירוף מתאר בלון בצבע של עגבניה?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בלון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בלון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בלון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"בלון ירוק" מתאר בלון בצבע של דשא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"בלון אדום" מתאר בלון בצבע כחול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קצר יש שם עצם ותואר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"בלון ירוקה" כי זה אותו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בלון __________ הוא בצבע של עגבניה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בלון __________ הוא בצבע של דשא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בלון __________ הוא בצבע של 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רוצים לצייר בלון כמו שמיים כותבים בלון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רוצים לצייר בלון כמו תות כותבים בלון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צבע לדבר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תפוח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שמתאר בלון בצבע האהוב עליכם, לדוגמה: בלון צהוב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צירוף קצר?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לבלון בצבע של דשא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אומרים בלון ירוק ולא בלון ירוקה?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צֵרוּף קָצָר - בָּלוֹנִים וּצְבָעִים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